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keepNext w:val="true"/>
        <w:keepLines/>
        <w:spacing w:before="480" w:after="0"/>
        <w:rPr/>
      </w:pPr>
      <w:r>
        <w:rPr/>
        <w:t>Ohjeistus jäsenhakemuslomakkeen täyttämiseen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Tervetuloa hakemaan </w:t>
      </w:r>
      <w:r>
        <w:rPr>
          <w:b/>
          <w:bCs/>
          <w:u w:val="none"/>
        </w:rPr>
        <w:t>Pohjoisen</w:t>
      </w:r>
      <w:r>
        <w:rPr>
          <w:b/>
          <w:bCs/>
        </w:rPr>
        <w:t xml:space="preserve"> Tuli ry:n</w:t>
      </w:r>
      <w:r>
        <w:rPr/>
        <w:t xml:space="preserve"> jäsenyyttä. Pyydämme täyttämään jäsenhakemuslomakkeen huolellisesti, jotta voimme käsitellä hakemuksesi mahdollisimman sujuvasti.</w:t>
      </w:r>
    </w:p>
    <w:p>
      <w:pPr>
        <w:pStyle w:val="Heading2"/>
        <w:rPr/>
      </w:pPr>
      <w:r>
        <w:rPr/>
        <w:t>1. Henkilötiedot</w:t>
      </w:r>
    </w:p>
    <w:p>
      <w:pPr>
        <w:pStyle w:val="Normal"/>
        <w:rPr/>
      </w:pPr>
      <w:r>
        <w:rPr/>
        <w:t>Täytä kaikki pyydetyt henkilötiedot selkeästi. Tietoja käytetään ainoastaan yhdistyksen jäsenrekisterissä yhdistyslain ja tietosuojalainsäädännön mukaisesti.</w:t>
      </w:r>
    </w:p>
    <w:p>
      <w:pPr>
        <w:pStyle w:val="Heading2"/>
        <w:rPr/>
      </w:pPr>
      <w:r>
        <w:rPr/>
        <w:t>2. Jäsenyyden tyyppi</w:t>
      </w:r>
    </w:p>
    <w:p>
      <w:pPr>
        <w:pStyle w:val="Normal"/>
        <w:rPr/>
      </w:pPr>
      <w:r>
        <w:rPr/>
        <w:t xml:space="preserve">Valitse, mitä jäsenyyttä haet. Jäsenmaksu varsinaiselle jäsenelle on 20€ /vuonna 2026 ja kannatusjäsenelle 50€/vuonna 2026. </w:t>
      </w:r>
    </w:p>
    <w:p>
      <w:pPr>
        <w:pStyle w:val="Heading2"/>
        <w:rPr/>
      </w:pPr>
      <w:r>
        <w:rPr/>
        <w:t>3. Perustelut ja kiinnostuksen kohteet</w:t>
      </w:r>
    </w:p>
    <w:p>
      <w:pPr>
        <w:pStyle w:val="Normal"/>
        <w:rPr/>
      </w:pPr>
      <w:r>
        <w:rPr/>
        <w:t>Kerro lyhyesti, miksi haluat liittyä yhdistykseen ja millaista osaamista tai kiinnostusta sinulla on yhdistyksen toimintaan liittyen. Tämä auttaa meitä ohjaamaan sinut oikeisiin ryhmiin ja tapahtumiin.</w:t>
      </w:r>
    </w:p>
    <w:p>
      <w:pPr>
        <w:pStyle w:val="Heading2"/>
        <w:rPr/>
      </w:pPr>
      <w:r>
        <w:rPr/>
        <w:t>4. Tietosuostumus</w:t>
      </w:r>
    </w:p>
    <w:p>
      <w:pPr>
        <w:pStyle w:val="Normal"/>
        <w:rPr/>
      </w:pPr>
      <w:r>
        <w:rPr/>
        <w:t>Muista rastittaa kohta, jossa hyväksyt tietojesi tallentamisen jäsenrekisteriin. Ilman tätä suostumusta hakemusta ei voida käsitellä.</w:t>
      </w:r>
    </w:p>
    <w:p>
      <w:pPr>
        <w:pStyle w:val="Heading2"/>
        <w:rPr/>
      </w:pPr>
      <w:r>
        <w:rPr/>
        <w:t>5. Allekirjoitus</w:t>
      </w:r>
    </w:p>
    <w:p>
      <w:pPr>
        <w:pStyle w:val="Normal"/>
        <w:rPr/>
      </w:pPr>
      <w:r>
        <w:rPr/>
        <w:t xml:space="preserve">Allekirjoita lomake ja lisää päivämäärä sekä paikkakunta. </w:t>
      </w:r>
    </w:p>
    <w:p>
      <w:pPr>
        <w:pStyle w:val="Heading2"/>
        <w:rPr/>
      </w:pPr>
      <w:r>
        <w:rPr/>
        <w:t>6. Hakemuksen toimittaminen</w:t>
      </w:r>
    </w:p>
    <w:p>
      <w:pPr>
        <w:pStyle w:val="Normal"/>
        <w:rPr/>
      </w:pPr>
      <w:r>
        <w:rPr/>
        <w:t xml:space="preserve">Palauta täytetty lomake joko sähköpostitse tai henkilökohtaisesti yhdistyksen tapahtumassa. Yhdistyksen sähköpostiosoite: </w:t>
      </w:r>
      <w:r>
        <w:rPr/>
        <w:t>pohjoisentuli</w:t>
      </w:r>
      <w:r>
        <w:rPr/>
        <w:t>@gmail.com</w:t>
      </w:r>
    </w:p>
    <w:p>
      <w:pPr>
        <w:pStyle w:val="Heading2"/>
        <w:rPr/>
      </w:pPr>
      <w:r>
        <w:rPr/>
        <w:t>7. Hakemuksen käsittely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t>Yhdistyksen hallitus käsittelee hakemukset säännöllisissä kokouksissaan. Saat tiedon päätöksestä sähköpostitse ja samalla saat ohjeet jäsenmaksun suorittamiseen.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p>
      <w:pPr>
        <w:pStyle w:val="Heading1"/>
        <w:keepNext w:val="true"/>
        <w:keepLines/>
        <w:spacing w:before="480" w:after="0"/>
        <w:rPr/>
      </w:pPr>
      <w:r>
        <w:rPr/>
        <w:t>Pohjoisen Tuli ry :n jäsenhakemuslomake</w:t>
      </w:r>
    </w:p>
    <w:p>
      <w:pPr>
        <w:pStyle w:val="Heading2"/>
        <w:rPr/>
      </w:pPr>
      <w:r>
        <w:rPr/>
        <w:t>Henkilötiedot</w:t>
      </w:r>
    </w:p>
    <w:p>
      <w:pPr>
        <w:pStyle w:val="Normal"/>
        <w:rPr/>
      </w:pPr>
      <w:r>
        <w:rPr>
          <w:sz w:val="22"/>
        </w:rPr>
        <w:t>Etunimi ja sukunimi: ________________________________________</w:t>
      </w:r>
    </w:p>
    <w:p>
      <w:pPr>
        <w:pStyle w:val="Normal"/>
        <w:rPr/>
      </w:pPr>
      <w:r>
        <w:rPr>
          <w:sz w:val="22"/>
        </w:rPr>
        <w:t>Osoite: ________________________________________</w:t>
      </w:r>
    </w:p>
    <w:p>
      <w:pPr>
        <w:pStyle w:val="Normal"/>
        <w:rPr/>
      </w:pPr>
      <w:r>
        <w:rPr>
          <w:sz w:val="22"/>
        </w:rPr>
        <w:t>Postinumero ja -toimipaikka: ________________________________________</w:t>
      </w:r>
    </w:p>
    <w:p>
      <w:pPr>
        <w:pStyle w:val="Normal"/>
        <w:rPr/>
      </w:pPr>
      <w:r>
        <w:rPr>
          <w:sz w:val="22"/>
        </w:rPr>
        <w:t>Puhelinnumero: ________________________________________</w:t>
      </w:r>
    </w:p>
    <w:p>
      <w:pPr>
        <w:pStyle w:val="Normal"/>
        <w:rPr/>
      </w:pPr>
      <w:r>
        <w:rPr>
          <w:sz w:val="22"/>
        </w:rPr>
        <w:t>Sähköposti: ________________________________________</w:t>
      </w:r>
    </w:p>
    <w:p>
      <w:pPr>
        <w:pStyle w:val="Heading2"/>
        <w:rPr/>
      </w:pPr>
      <w:r>
        <w:rPr/>
        <w:t>Jäsenyyteen liittyvät tiedot</w:t>
      </w:r>
    </w:p>
    <w:p>
      <w:pPr>
        <w:pStyle w:val="Normal"/>
        <w:rPr/>
      </w:pPr>
      <w:r>
        <w:rPr/>
        <w:t>Haettava jäsenyys:</w:t>
      </w:r>
    </w:p>
    <w:p>
      <w:pPr>
        <w:pStyle w:val="Normal"/>
        <w:rPr/>
      </w:pPr>
      <w:r>
        <w:rPr>
          <w:sz w:val="22"/>
        </w:rPr>
        <w:t xml:space="preserve">☐ </w:t>
      </w:r>
      <w:r>
        <w:rPr>
          <w:sz w:val="22"/>
        </w:rPr>
        <w:t xml:space="preserve">Varsinainen jäsen </w:t>
      </w:r>
    </w:p>
    <w:p>
      <w:pPr>
        <w:pStyle w:val="Normal"/>
        <w:rPr>
          <w:sz w:val="22"/>
        </w:rPr>
      </w:pPr>
      <w:r>
        <w:rPr>
          <w:sz w:val="22"/>
        </w:rPr>
        <w:t xml:space="preserve">☐ </w:t>
      </w:r>
      <w:r>
        <w:rPr>
          <w:sz w:val="22"/>
        </w:rPr>
        <w:t xml:space="preserve">Kannatusjäsen </w:t>
      </w:r>
    </w:p>
    <w:p>
      <w:pPr>
        <w:pStyle w:val="Normal"/>
        <w:rPr/>
      </w:pPr>
      <w:r>
        <w:rPr>
          <w:sz w:val="22"/>
        </w:rPr>
        <w:t>M</w:t>
      </w:r>
      <w:r>
        <w:rPr/>
        <w:t>iksi haluat liittyä yhdistykseen?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  <w:t>Mahdollinen erityisosaaminen tai kiinnostuksen kohteet yhdistyksen toiminnassa: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Heading4"/>
        <w:rPr>
          <w:i w:val="false"/>
          <w:i w:val="false"/>
          <w:iCs w:val="false"/>
          <w:sz w:val="26"/>
          <w:szCs w:val="26"/>
        </w:rPr>
      </w:pPr>
      <w:r>
        <w:rPr>
          <w:i w:val="false"/>
          <w:iCs w:val="false"/>
          <w:sz w:val="26"/>
          <w:szCs w:val="26"/>
        </w:rPr>
        <w:t>Suostumus ja allekirjoitus</w:t>
      </w:r>
    </w:p>
    <w:p>
      <w:pPr>
        <w:pStyle w:val="Normal"/>
        <w:rPr/>
      </w:pPr>
      <w:r>
        <w:rPr/>
        <w:t xml:space="preserve">☐ </w:t>
      </w:r>
      <w:r>
        <w:rPr/>
        <w:t xml:space="preserve">Hyväksyn yhdistyksen säännöt ja sitoudun maksamaan jäsenmaksun. </w:t>
      </w:r>
    </w:p>
    <w:p>
      <w:pPr>
        <w:pStyle w:val="Normal"/>
        <w:rPr/>
      </w:pPr>
      <w:r>
        <w:rPr/>
        <w:t xml:space="preserve">☐ </w:t>
      </w:r>
      <w:r>
        <w:rPr/>
        <w:t>Hy</w:t>
      </w:r>
      <w:r>
        <w:rPr>
          <w:sz w:val="22"/>
        </w:rPr>
        <w:t>väksyn, että antamiani tietoja käytetään yhdistyksen jäsenrekisterissä yhdistyslain ja tietosuojalainsäädännön mukaisesti.</w:t>
      </w:r>
    </w:p>
    <w:p>
      <w:pPr>
        <w:pStyle w:val="Normal"/>
        <w:rPr/>
      </w:pPr>
      <w:r>
        <w:rPr>
          <w:sz w:val="22"/>
        </w:rPr>
        <w:t>Paikka ja päivämäärä: ________________________________________</w:t>
      </w:r>
    </w:p>
    <w:p>
      <w:pPr>
        <w:pStyle w:val="Normal"/>
        <w:rPr/>
      </w:pPr>
      <w:r>
        <w:rPr>
          <w:sz w:val="22"/>
        </w:rPr>
        <w:t>Allekirjoitus: ________________________________________</w:t>
      </w:r>
    </w:p>
    <w:p>
      <w:pPr>
        <w:pStyle w:val="Heading2"/>
        <w:rPr/>
      </w:pPr>
      <w:r>
        <w:rPr/>
        <w:t>Yhdistyksen käsittely (täytetään yhdistyksessä)</w:t>
      </w:r>
    </w:p>
    <w:p>
      <w:pPr>
        <w:pStyle w:val="Normal"/>
        <w:rPr/>
      </w:pPr>
      <w:r>
        <w:rPr>
          <w:sz w:val="22"/>
        </w:rPr>
        <w:t>Hakemus vastaanotettu: ____ / ____ / _______________________________________________</w:t>
      </w:r>
    </w:p>
    <w:p>
      <w:pPr>
        <w:pStyle w:val="Normal"/>
        <w:rPr/>
      </w:pPr>
      <w:r>
        <w:rPr/>
        <w:t>Päätös:</w:t>
      </w:r>
    </w:p>
    <w:p>
      <w:pPr>
        <w:pStyle w:val="Normal"/>
        <w:rPr/>
      </w:pPr>
      <w:r>
        <w:rPr>
          <w:sz w:val="22"/>
        </w:rPr>
        <w:t xml:space="preserve">☐ </w:t>
      </w:r>
      <w:r>
        <w:rPr>
          <w:sz w:val="22"/>
        </w:rPr>
        <w:t>Hyväksytty</w:t>
      </w:r>
    </w:p>
    <w:p>
      <w:pPr>
        <w:pStyle w:val="Normal"/>
        <w:rPr/>
      </w:pPr>
      <w:r>
        <w:rPr>
          <w:sz w:val="22"/>
        </w:rPr>
        <w:t xml:space="preserve">☐ </w:t>
      </w:r>
      <w:r>
        <w:rPr>
          <w:sz w:val="22"/>
        </w:rPr>
        <w:t>Hylätty</w:t>
      </w:r>
    </w:p>
    <w:p>
      <w:pPr>
        <w:pStyle w:val="Normal"/>
        <w:rPr/>
      </w:pPr>
      <w:r>
        <w:rPr>
          <w:sz w:val="22"/>
        </w:rPr>
        <w:t>Päätöspäivä: ____ / ____ / _______________________________________________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>
          <w:sz w:val="22"/>
        </w:rPr>
        <w:t>Käsittelijän nimi ja allekirjoitus: _______________________________________</w:t>
      </w:r>
    </w:p>
    <w:sectPr>
      <w:type w:val="nextPage"/>
      <w:pgSz w:w="12240" w:h="15840"/>
      <w:pgMar w:left="1800" w:right="1800" w:gutter="0" w:header="0" w:top="1152" w:footer="0" w:bottom="115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Otsikko">
    <w:name w:val="Otsikk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Hakemisto">
    <w:name w:val="Hakemisto"/>
    <w:basedOn w:val="Normal"/>
    <w:qFormat/>
    <w:pPr>
      <w:suppressLineNumbers/>
    </w:pPr>
    <w:rPr>
      <w:rFonts w:cs="Arial"/>
    </w:rPr>
  </w:style>
  <w:style w:type="paragraph" w:styleId="Yl-jaalatunniste">
    <w:name w:val="Ylä- ja alatunniste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Caption1">
    <w:name w:val="caption1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Otsikk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Application>LibreOffice/7.6.2.1$Windows_X86_64 LibreOffice_project/56f7684011345957bbf33a7ee678afaf4d2ba333</Application>
  <AppVersion>15.0000</AppVersion>
  <Pages>2</Pages>
  <Words>242</Words>
  <Characters>2480</Characters>
  <CharactersWithSpaces>2684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en-US</dc:language>
  <cp:lastModifiedBy/>
  <cp:lastPrinted>2026-04-07T21:13:05Z</cp:lastPrinted>
  <dcterms:modified xsi:type="dcterms:W3CDTF">2026-08-24T11:40:23Z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